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 w:before="0"/>
        <w:jc w:val="center"/>
      </w:pPr>
      <w:r>
        <w:rPr>
          <w:b/>
          <w:i w:val="0"/>
          <w:color w:val="1F4E79"/>
          <w:sz w:val="34"/>
        </w:rPr>
        <w:t>Activity 1: Mayor of the Class</w:t>
      </w:r>
    </w:p>
    <w:p>
      <w:pPr>
        <w:spacing w:after="160" w:before="0"/>
        <w:jc w:val="center"/>
      </w:pPr>
      <w:r>
        <w:rPr>
          <w:b w:val="0"/>
          <w:i/>
          <w:color w:val="666666"/>
          <w:sz w:val="20"/>
        </w:rPr>
        <w:t>Grade 5/6 Social Studies  -  Who Represents Us?</w:t>
      </w:r>
    </w:p>
    <w:p>
      <w:pPr>
        <w:spacing w:after="160" w:before="0"/>
      </w:pPr>
      <w:r>
        <w:rPr>
          <w:b w:val="0"/>
          <w:i w:val="0"/>
          <w:sz w:val="22"/>
        </w:rPr>
        <w:t>Name: ______________________________     Date: ________________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Lesson 1. Use with the Class Mayor Video, "Who Wants to Be Kelowna's Mayor?"</w:t>
      </w:r>
    </w:p>
    <w:p>
      <w:pPr>
        <w:spacing w:after="80" w:before="40"/>
      </w:pPr>
      <w:r>
        <w:rPr>
          <w:b/>
          <w:i w:val="0"/>
          <w:color w:val="1F4E79"/>
          <w:sz w:val="24"/>
        </w:rPr>
        <w:t>Video notes: Meet the 3 people running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Listed in ABC order by last name, like the City lists them. Compare ideas, not people.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2448"/>
        <w:gridCol w:w="3744"/>
        <w:gridCol w:w="4176"/>
      </w:tblGrid>
      <w:tr>
        <w:tc>
          <w:tcPr>
            <w:tcW w:type="dxa" w:w="2448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Candidate</w:t>
            </w:r>
          </w:p>
        </w:tc>
        <w:tc>
          <w:tcPr>
            <w:tcW w:type="dxa" w:w="3744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Who is he?</w:t>
            </w:r>
          </w:p>
        </w:tc>
        <w:tc>
          <w:tcPr>
            <w:tcW w:type="dxa" w:w="4176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What he wants to work on</w:t>
            </w:r>
          </w:p>
        </w:tc>
      </w:tr>
      <w:tr>
        <w:tc>
          <w:tcPr>
            <w:tcW w:type="dxa" w:w="2448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Ron Cannan</w:t>
            </w:r>
          </w:p>
          <w:p/>
        </w:tc>
        <w:tc>
          <w:tcPr>
            <w:tcW w:type="dxa" w:w="374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</w:tc>
        <w:tc>
          <w:tcPr>
            <w:tcW w:type="dxa" w:w="417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</w:tc>
      </w:tr>
      <w:tr>
        <w:tc>
          <w:tcPr>
            <w:tcW w:type="dxa" w:w="2448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Tom Dyas</w:t>
            </w:r>
          </w:p>
          <w:p/>
        </w:tc>
        <w:tc>
          <w:tcPr>
            <w:tcW w:type="dxa" w:w="374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</w:tc>
        <w:tc>
          <w:tcPr>
            <w:tcW w:type="dxa" w:w="417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</w:tc>
      </w:tr>
      <w:tr>
        <w:tc>
          <w:tcPr>
            <w:tcW w:type="dxa" w:w="2448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Andrew Uitvlugt</w:t>
            </w:r>
          </w:p>
          <w:p/>
        </w:tc>
        <w:tc>
          <w:tcPr>
            <w:tcW w:type="dxa" w:w="374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</w:tc>
        <w:tc>
          <w:tcPr>
            <w:tcW w:type="dxa" w:w="4176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</w:tc>
      </w:tr>
    </w:tbl>
    <w:p>
      <w:pPr>
        <w:spacing w:after="80" w:before="80"/>
      </w:pPr>
      <w:r>
        <w:rPr>
          <w:b w:val="0"/>
          <w:i/>
          <w:sz w:val="21"/>
        </w:rPr>
        <w:t>Word bank: housing   safety   growth   taxes   council   forum</w:t>
      </w:r>
    </w:p>
    <w:p>
      <w:pPr>
        <w:spacing w:after="120" w:before="0"/>
      </w:pPr>
      <w:r>
        <w:rPr>
          <w:b w:val="0"/>
          <w:i w:val="0"/>
          <w:sz w:val="22"/>
        </w:rPr>
        <w:t>The mayor is a bit like the ______________ of a team. Council = 1 mayor + ____ councillors.</w:t>
      </w:r>
    </w:p>
    <w:p>
      <w:pPr>
        <w:spacing w:after="80" w:before="160"/>
      </w:pPr>
      <w:r>
        <w:rPr>
          <w:b/>
          <w:i w:val="0"/>
          <w:color w:val="1F4E79"/>
          <w:sz w:val="24"/>
        </w:rPr>
        <w:t>You be the mayor!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3744"/>
        <w:gridCol w:w="6624"/>
      </w:tblGrid>
      <w:tr>
        <w:tc>
          <w:tcPr>
            <w:tcW w:type="dxa" w:w="3744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Question</w:t>
            </w:r>
          </w:p>
        </w:tc>
        <w:tc>
          <w:tcPr>
            <w:tcW w:type="dxa" w:w="6624"/>
            <w:shd w:val="clear" w:color="auto" w:fill="1F4E79"/>
          </w:tcPr>
          <w:p>
            <w:pPr>
              <w:spacing w:after="40" w:before="20"/>
              <w:jc w:val="center"/>
            </w:pPr>
            <w:r>
              <w:rPr>
                <w:color w:val="FFFFFF"/>
              </w:rPr>
            </w:r>
            <w:r>
              <w:rPr>
                <w:b/>
                <w:i w:val="0"/>
                <w:sz w:val="19"/>
              </w:rPr>
              <w:t>My answer</w:t>
            </w:r>
          </w:p>
        </w:tc>
      </w:tr>
      <w:tr>
        <w:tc>
          <w:tcPr>
            <w:tcW w:type="dxa" w:w="374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What's one thing you'd change about Kelowna?</w:t>
            </w:r>
          </w:p>
          <w:p/>
        </w:tc>
        <w:tc>
          <w:tcPr>
            <w:tcW w:type="dxa" w:w="662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</w:tc>
      </w:tr>
      <w:tr>
        <w:tc>
          <w:tcPr>
            <w:tcW w:type="dxa" w:w="374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What makes someone a good leader?</w:t>
            </w:r>
          </w:p>
          <w:p/>
        </w:tc>
        <w:tc>
          <w:tcPr>
            <w:tcW w:type="dxa" w:w="662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</w:tc>
      </w:tr>
      <w:tr>
        <w:tc>
          <w:tcPr>
            <w:tcW w:type="dxa" w:w="3744"/>
          </w:tcPr>
          <w:p>
            <w:pPr>
              <w:spacing w:after="40" w:before="20"/>
            </w:pPr>
            <w:r/>
            <w:r>
              <w:rPr>
                <w:b/>
                <w:i w:val="0"/>
                <w:color w:val="1F4E79"/>
                <w:sz w:val="20"/>
              </w:rPr>
              <w:t>Why do you think voting matters?</w:t>
            </w:r>
          </w:p>
          <w:p/>
        </w:tc>
        <w:tc>
          <w:tcPr>
            <w:tcW w:type="dxa" w:w="662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</w:r>
          </w:p>
          <w:p/>
        </w:tc>
      </w:tr>
    </w:tbl>
    <w:p>
      <w:pPr>
        <w:spacing w:after="80" w:before="160"/>
      </w:pPr>
      <w:r>
        <w:rPr>
          <w:b/>
          <w:i w:val="0"/>
          <w:color w:val="1F4E79"/>
          <w:sz w:val="24"/>
        </w:rPr>
        <w:t>Mayor of the Class: my campaign poster</w:t>
      </w:r>
    </w:p>
    <w:p>
      <w:pPr>
        <w:spacing w:after="120" w:before="0"/>
      </w:pPr>
      <w:r>
        <w:rPr>
          <w:b w:val="0"/>
          <w:i/>
          <w:color w:val="666666"/>
          <w:sz w:val="21"/>
        </w:rPr>
        <w:t>If our class had a mayor, what would you do? Write a slogan and 3 ideas, then add a picture.</w:t>
      </w:r>
    </w:p>
    <w:tbl>
      <w:tblPr>
        <w:tblW w:type="auto" w:w="0"/>
        <w:jc w:val="center"/>
        <w:tblBorders>
          <w:top w:val="single" w:sz="6" w:space="0" w:color="888888"/>
          <w:left w:val="single" w:sz="6" w:space="0" w:color="888888"/>
          <w:bottom w:val="single" w:sz="6" w:space="0" w:color="888888"/>
          <w:right w:val="single" w:sz="6" w:space="0" w:color="888888"/>
          <w:insideH w:val="single" w:sz="6" w:space="0" w:color="888888"/>
          <w:insideV w:val="single" w:sz="6" w:space="0" w:color="888888"/>
        </w:tblBorders>
        <w:tblLayout w:type="fixed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val="clear" w:color="auto" w:fill="DCE6F1"/>
          </w:tcPr>
          <w:p>
            <w:pPr>
              <w:spacing w:after="40" w:before="20"/>
              <w:jc w:val="center"/>
            </w:pPr>
            <w:r/>
            <w:r>
              <w:rPr>
                <w:b/>
                <w:i w:val="0"/>
                <w:color w:val="1F4E79"/>
                <w:sz w:val="20"/>
              </w:rPr>
              <w:t>Slogan and picture</w:t>
            </w:r>
          </w:p>
        </w:tc>
        <w:tc>
          <w:tcPr>
            <w:tcW w:type="dxa" w:w="5184"/>
            <w:shd w:val="clear" w:color="auto" w:fill="DCE6F1"/>
          </w:tcPr>
          <w:p>
            <w:pPr>
              <w:spacing w:after="40" w:before="20"/>
              <w:jc w:val="center"/>
            </w:pPr>
            <w:r/>
            <w:r>
              <w:rPr>
                <w:b/>
                <w:i w:val="0"/>
                <w:color w:val="1F4E79"/>
                <w:sz w:val="20"/>
              </w:rPr>
              <w:t>My 3 ideas for our class</w:t>
            </w:r>
          </w:p>
        </w:tc>
      </w:tr>
      <w:tr>
        <w:tc>
          <w:tcPr>
            <w:tcW w:type="dxa" w:w="518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 xml:space="preserve"> </w:t>
            </w:r>
          </w:p>
          <w:p/>
          <w:p/>
          <w:p/>
          <w:p/>
          <w:p/>
        </w:tc>
        <w:tc>
          <w:tcPr>
            <w:tcW w:type="dxa" w:w="5184"/>
          </w:tcPr>
          <w:p>
            <w:pPr>
              <w:spacing w:after="40" w:before="20"/>
            </w:pPr>
            <w:r/>
            <w:r>
              <w:rPr>
                <w:b w:val="0"/>
                <w:i w:val="0"/>
                <w:sz w:val="20"/>
              </w:rPr>
              <w:t xml:space="preserve"> </w:t>
            </w:r>
          </w:p>
          <w:p/>
          <w:p/>
          <w:p/>
          <w:p/>
          <w:p/>
        </w:tc>
      </w:tr>
    </w:tbl>
    <w:sectPr w:rsidR="00FC693F" w:rsidRPr="0006063C" w:rsidSect="00034616">
      <w:pgSz w:w="12240" w:h="15840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